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B7D" w:rsidRDefault="009E0B7D" w:rsidP="009E0B7D">
      <w:pPr>
        <w:pBdr>
          <w:bottom w:val="single" w:sz="4" w:space="1" w:color="auto"/>
        </w:pBdr>
        <w:jc w:val="center"/>
        <w:rPr>
          <w:i/>
        </w:rPr>
      </w:pPr>
      <w:r>
        <w:rPr>
          <w:i/>
        </w:rPr>
        <w:t xml:space="preserve">Institution </w:t>
      </w:r>
      <w:r>
        <w:rPr>
          <w:i/>
        </w:rPr>
        <w:t>Letter Head</w:t>
      </w:r>
    </w:p>
    <w:p w:rsidR="009E0B7D" w:rsidRDefault="009E0B7D" w:rsidP="009E0B7D">
      <w:pPr>
        <w:jc w:val="center"/>
        <w:rPr>
          <w:i/>
        </w:rPr>
      </w:pPr>
    </w:p>
    <w:p w:rsidR="009E0B7D" w:rsidRDefault="009E0B7D" w:rsidP="009E0B7D">
      <w:pPr>
        <w:jc w:val="center"/>
      </w:pPr>
    </w:p>
    <w:p w:rsidR="009E0B7D" w:rsidRPr="000350D1" w:rsidRDefault="009E0B7D">
      <w:pPr>
        <w:jc w:val="center"/>
        <w:rPr>
          <w:b/>
          <w:sz w:val="26"/>
          <w:szCs w:val="26"/>
        </w:rPr>
      </w:pPr>
      <w:r w:rsidRPr="000350D1">
        <w:rPr>
          <w:b/>
          <w:sz w:val="26"/>
          <w:szCs w:val="26"/>
        </w:rPr>
        <w:t>Participant NOC Format</w:t>
      </w:r>
      <w:r w:rsidRPr="000350D1">
        <w:rPr>
          <w:b/>
          <w:sz w:val="26"/>
          <w:szCs w:val="26"/>
        </w:rPr>
        <w:t xml:space="preserve"> </w:t>
      </w:r>
      <w:r w:rsidRPr="000350D1">
        <w:rPr>
          <w:b/>
          <w:sz w:val="26"/>
          <w:szCs w:val="26"/>
        </w:rPr>
        <w:t>(VAANI)</w:t>
      </w:r>
    </w:p>
    <w:p w:rsidR="003E3129" w:rsidRPr="000350D1" w:rsidRDefault="000350D1">
      <w:pPr>
        <w:jc w:val="center"/>
        <w:rPr>
          <w:sz w:val="26"/>
          <w:szCs w:val="26"/>
        </w:rPr>
      </w:pPr>
      <w:r w:rsidRPr="000350D1">
        <w:rPr>
          <w:b/>
          <w:sz w:val="26"/>
          <w:szCs w:val="26"/>
        </w:rPr>
        <w:t>Subject: NOC for Attending VAANI Conference/Workshop/Seminar</w:t>
      </w:r>
    </w:p>
    <w:p w:rsidR="003E3129" w:rsidRPr="000350D1" w:rsidRDefault="000350D1">
      <w:pPr>
        <w:rPr>
          <w:sz w:val="26"/>
          <w:szCs w:val="26"/>
        </w:rPr>
      </w:pPr>
      <w:proofErr w:type="gramStart"/>
      <w:r w:rsidRPr="000350D1">
        <w:rPr>
          <w:b/>
          <w:sz w:val="26"/>
          <w:szCs w:val="26"/>
        </w:rPr>
        <w:t>Ref No.</w:t>
      </w:r>
      <w:proofErr w:type="gramEnd"/>
      <w:r w:rsidRPr="000350D1">
        <w:rPr>
          <w:b/>
          <w:sz w:val="26"/>
          <w:szCs w:val="26"/>
        </w:rPr>
        <w:t xml:space="preserve"> </w:t>
      </w:r>
      <w:r w:rsidRPr="000350D1">
        <w:rPr>
          <w:sz w:val="26"/>
          <w:szCs w:val="26"/>
        </w:rPr>
        <w:t xml:space="preserve">_____________    </w:t>
      </w:r>
      <w:r w:rsidRPr="000350D1">
        <w:rPr>
          <w:sz w:val="26"/>
          <w:szCs w:val="26"/>
        </w:rPr>
        <w:tab/>
      </w:r>
      <w:r w:rsidRPr="000350D1">
        <w:rPr>
          <w:sz w:val="26"/>
          <w:szCs w:val="26"/>
        </w:rPr>
        <w:tab/>
      </w:r>
      <w:r w:rsidRPr="000350D1">
        <w:rPr>
          <w:sz w:val="26"/>
          <w:szCs w:val="26"/>
        </w:rPr>
        <w:tab/>
      </w:r>
      <w:r w:rsidR="009E0B7D" w:rsidRPr="000350D1">
        <w:rPr>
          <w:sz w:val="26"/>
          <w:szCs w:val="26"/>
        </w:rPr>
        <w:tab/>
        <w:t xml:space="preserve">     </w:t>
      </w:r>
      <w:bookmarkStart w:id="0" w:name="_GoBack"/>
      <w:bookmarkEnd w:id="0"/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</w:t>
      </w:r>
      <w:r w:rsidRPr="000350D1">
        <w:rPr>
          <w:b/>
          <w:sz w:val="26"/>
          <w:szCs w:val="26"/>
        </w:rPr>
        <w:t xml:space="preserve">Date: </w:t>
      </w:r>
      <w:r w:rsidRPr="000350D1">
        <w:rPr>
          <w:sz w:val="26"/>
          <w:szCs w:val="26"/>
        </w:rPr>
        <w:t>______________</w:t>
      </w:r>
    </w:p>
    <w:p w:rsidR="009E0B7D" w:rsidRPr="000350D1" w:rsidRDefault="009E0B7D" w:rsidP="009E0B7D">
      <w:pPr>
        <w:jc w:val="center"/>
        <w:rPr>
          <w:b/>
          <w:sz w:val="26"/>
          <w:szCs w:val="26"/>
        </w:rPr>
      </w:pPr>
    </w:p>
    <w:p w:rsidR="003E3129" w:rsidRPr="000350D1" w:rsidRDefault="000350D1" w:rsidP="009E0B7D">
      <w:pPr>
        <w:jc w:val="center"/>
        <w:rPr>
          <w:sz w:val="26"/>
          <w:szCs w:val="26"/>
        </w:rPr>
      </w:pPr>
      <w:r w:rsidRPr="000350D1">
        <w:rPr>
          <w:b/>
          <w:sz w:val="26"/>
          <w:szCs w:val="26"/>
        </w:rPr>
        <w:t>To Whomsoever It May Concern</w:t>
      </w:r>
    </w:p>
    <w:p w:rsidR="003E3129" w:rsidRDefault="000350D1">
      <w:r>
        <w:t>This letter is to express No Objection on Mr./Mrs./Ms./Dr. &lt;_____</w:t>
      </w:r>
      <w:r w:rsidR="009E0B7D">
        <w:t>____</w:t>
      </w:r>
      <w:r>
        <w:t xml:space="preserve">________&gt; in attending </w:t>
      </w:r>
      <w:r w:rsidR="009E0B7D">
        <w:t xml:space="preserve">AICTE-VAANI Sponsored </w:t>
      </w:r>
      <w:r w:rsidR="009E0B7D" w:rsidRPr="009E0B7D">
        <w:rPr>
          <w:i/>
          <w:iCs/>
        </w:rPr>
        <w:t>National Conference on “Climate-Resilient Agro</w:t>
      </w:r>
      <w:r w:rsidR="009E0B7D">
        <w:rPr>
          <w:i/>
          <w:iCs/>
        </w:rPr>
        <w:t>-</w:t>
      </w:r>
      <w:r w:rsidR="009E0B7D" w:rsidRPr="009E0B7D">
        <w:rPr>
          <w:i/>
          <w:iCs/>
        </w:rPr>
        <w:t>tech and Sustainable Food Processing for Viksit Bharat 2047”</w:t>
      </w:r>
      <w:r w:rsidR="009E0B7D">
        <w:rPr>
          <w:i/>
          <w:iCs/>
        </w:rPr>
        <w:t xml:space="preserve"> </w:t>
      </w:r>
      <w:r w:rsidR="009E0B7D" w:rsidRPr="009E0B7D">
        <w:t>to be</w:t>
      </w:r>
      <w:r w:rsidR="009E0B7D">
        <w:rPr>
          <w:i/>
          <w:iCs/>
        </w:rPr>
        <w:t xml:space="preserve"> </w:t>
      </w:r>
      <w:r>
        <w:t xml:space="preserve">conducted at </w:t>
      </w:r>
      <w:r w:rsidR="009E0B7D">
        <w:t>ASTHA School of Management, Bhubaneswar</w:t>
      </w:r>
      <w:r>
        <w:t xml:space="preserve"> </w:t>
      </w:r>
      <w:r w:rsidR="009E0B7D">
        <w:t>on</w:t>
      </w:r>
      <w:r>
        <w:t xml:space="preserve"> </w:t>
      </w:r>
      <w:r w:rsidR="009E0B7D">
        <w:t>8</w:t>
      </w:r>
      <w:r w:rsidR="009E0B7D" w:rsidRPr="009E0B7D">
        <w:rPr>
          <w:vertAlign w:val="superscript"/>
        </w:rPr>
        <w:t>th</w:t>
      </w:r>
      <w:r w:rsidR="009E0B7D">
        <w:t xml:space="preserve"> &amp; 9</w:t>
      </w:r>
      <w:r w:rsidR="009E0B7D" w:rsidRPr="009E0B7D">
        <w:rPr>
          <w:vertAlign w:val="superscript"/>
        </w:rPr>
        <w:t>th</w:t>
      </w:r>
      <w:r w:rsidR="009E0B7D">
        <w:t xml:space="preserve"> October, 2026</w:t>
      </w:r>
      <w:r>
        <w:t>.</w:t>
      </w:r>
    </w:p>
    <w:p w:rsidR="003E3129" w:rsidRDefault="000350D1">
      <w:r>
        <w:t>This certificate is issued as per requirement of AICTE for successful conduction of ATAL Faculty Development Program.</w:t>
      </w:r>
    </w:p>
    <w:p w:rsidR="003E3129" w:rsidRDefault="000350D1" w:rsidP="009E0B7D">
      <w:pPr>
        <w:jc w:val="right"/>
      </w:pPr>
      <w:r>
        <w:t>Yours Sincerely,</w:t>
      </w:r>
    </w:p>
    <w:p w:rsidR="009E0B7D" w:rsidRDefault="009E0B7D" w:rsidP="009E0B7D">
      <w:pPr>
        <w:jc w:val="right"/>
      </w:pPr>
    </w:p>
    <w:p w:rsidR="003E3129" w:rsidRPr="000350D1" w:rsidRDefault="000350D1" w:rsidP="009E0B7D">
      <w:pPr>
        <w:jc w:val="right"/>
        <w:rPr>
          <w:b/>
          <w:bCs/>
        </w:rPr>
      </w:pPr>
      <w:r>
        <w:br/>
      </w:r>
      <w:r w:rsidRPr="000350D1">
        <w:rPr>
          <w:b/>
          <w:bCs/>
        </w:rPr>
        <w:t>(Sign &amp; Stamp)</w:t>
      </w:r>
      <w:r w:rsidRPr="000350D1">
        <w:rPr>
          <w:b/>
          <w:bCs/>
        </w:rPr>
        <w:br/>
        <w:t>HoI/Competent Authority</w:t>
      </w:r>
      <w:r w:rsidRPr="000350D1">
        <w:rPr>
          <w:b/>
          <w:bCs/>
        </w:rPr>
        <w:br/>
        <w:t>Institute Name an</w:t>
      </w:r>
      <w:r w:rsidRPr="000350D1">
        <w:rPr>
          <w:b/>
          <w:bCs/>
        </w:rPr>
        <w:t>d Address</w:t>
      </w:r>
    </w:p>
    <w:sectPr w:rsidR="003E3129" w:rsidRPr="000350D1" w:rsidSect="00034616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350D1"/>
    <w:rsid w:val="0006063C"/>
    <w:rsid w:val="0015074B"/>
    <w:rsid w:val="0029639D"/>
    <w:rsid w:val="00326F90"/>
    <w:rsid w:val="003E3129"/>
    <w:rsid w:val="009E0B7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78BAA5-3FD8-46CD-A591-F11377934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n0ak95</cp:lastModifiedBy>
  <cp:revision>3</cp:revision>
  <dcterms:created xsi:type="dcterms:W3CDTF">2013-12-23T23:15:00Z</dcterms:created>
  <dcterms:modified xsi:type="dcterms:W3CDTF">2026-08-31T10:01:00Z</dcterms:modified>
  <cp:category/>
</cp:coreProperties>
</file>